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A94C5" w14:textId="77777777" w:rsidR="00055E54" w:rsidRDefault="00803922">
      <w:pPr>
        <w:jc w:val="center"/>
      </w:pPr>
      <w:r>
        <w:rPr>
          <w:b/>
          <w:color w:val="0A3760"/>
          <w:sz w:val="48"/>
        </w:rPr>
        <w:t>BA</w:t>
      </w:r>
      <w:r>
        <w:rPr>
          <w:b/>
          <w:color w:val="CD142D"/>
          <w:sz w:val="48"/>
        </w:rPr>
        <w:t>C</w:t>
      </w:r>
      <w:r>
        <w:rPr>
          <w:b/>
          <w:color w:val="0A3760"/>
          <w:sz w:val="48"/>
        </w:rPr>
        <w:t>HP</w:t>
      </w:r>
    </w:p>
    <w:p w14:paraId="273A2D3A" w14:textId="77777777" w:rsidR="00055E54" w:rsidRDefault="00803922">
      <w:pPr>
        <w:spacing w:after="240"/>
        <w:jc w:val="center"/>
      </w:pPr>
      <w:r>
        <w:rPr>
          <w:b/>
          <w:color w:val="0A3760"/>
          <w:sz w:val="22"/>
        </w:rPr>
        <w:t>British Association of Cardiovascular Health Professionals</w:t>
      </w:r>
    </w:p>
    <w:p w14:paraId="7DE5C496" w14:textId="77777777" w:rsidR="00055E54" w:rsidRPr="009F5D69" w:rsidRDefault="00803922">
      <w:pPr>
        <w:spacing w:after="240"/>
        <w:jc w:val="center"/>
        <w:rPr>
          <w:color w:val="C00000"/>
        </w:rPr>
      </w:pPr>
      <w:r w:rsidRPr="009F5D69">
        <w:rPr>
          <w:b/>
          <w:color w:val="C00000"/>
          <w:sz w:val="30"/>
        </w:rPr>
        <w:t>COUNCIL NOMINATION FORM 2027</w:t>
      </w:r>
    </w:p>
    <w:p w14:paraId="72B3A95F" w14:textId="77777777" w:rsidR="00055E54" w:rsidRDefault="00803922">
      <w:pPr>
        <w:spacing w:after="280"/>
      </w:pPr>
      <w:r>
        <w:rPr>
          <w:i/>
        </w:rPr>
        <w:t>*Both proposer and seconder must be current BACHP members.</w:t>
      </w:r>
    </w:p>
    <w:p w14:paraId="09A54341" w14:textId="77777777" w:rsidR="009F5D69" w:rsidRDefault="009F5D69">
      <w:pPr>
        <w:spacing w:after="240"/>
        <w:rPr>
          <w:b/>
        </w:rPr>
      </w:pPr>
    </w:p>
    <w:p w14:paraId="71759D84" w14:textId="0E37B19B" w:rsidR="00055E54" w:rsidRDefault="009F5D69">
      <w:pPr>
        <w:spacing w:after="240"/>
      </w:pPr>
      <w:r>
        <w:rPr>
          <w:b/>
        </w:rPr>
        <w:t>Applicant</w:t>
      </w:r>
      <w:r w:rsidR="00803922">
        <w:rPr>
          <w:b/>
        </w:rPr>
        <w:t xml:space="preserve"> Full Name: </w:t>
      </w:r>
      <w:r w:rsidR="00803922">
        <w:t>........................................................................................................................</w:t>
      </w:r>
    </w:p>
    <w:p w14:paraId="5B01D755" w14:textId="77777777" w:rsidR="009F5D69" w:rsidRDefault="009F5D69">
      <w:pPr>
        <w:spacing w:after="160"/>
      </w:pPr>
    </w:p>
    <w:p w14:paraId="4828C278" w14:textId="2411D414" w:rsidR="00055E54" w:rsidRDefault="00803922">
      <w:pPr>
        <w:spacing w:after="160"/>
      </w:pPr>
      <w:r>
        <w:t>We nominate the above person for the post of:</w:t>
      </w:r>
    </w:p>
    <w:p w14:paraId="5EB956A0" w14:textId="77777777" w:rsidR="00055E54" w:rsidRDefault="00803922">
      <w:pPr>
        <w:spacing w:after="140"/>
        <w:ind w:left="144"/>
      </w:pPr>
      <w:r>
        <w:rPr>
          <w:sz w:val="26"/>
        </w:rPr>
        <w:t>☐</w:t>
      </w:r>
      <w:r>
        <w:rPr>
          <w:sz w:val="26"/>
        </w:rPr>
        <w:t xml:space="preserve">  </w:t>
      </w:r>
      <w:r>
        <w:rPr>
          <w:b/>
        </w:rPr>
        <w:t>Junior Treasurer</w:t>
      </w:r>
    </w:p>
    <w:p w14:paraId="073D1A96" w14:textId="77777777" w:rsidR="00055E54" w:rsidRDefault="00803922">
      <w:pPr>
        <w:spacing w:after="140"/>
        <w:ind w:left="144"/>
      </w:pPr>
      <w:r>
        <w:rPr>
          <w:sz w:val="26"/>
        </w:rPr>
        <w:t>☐</w:t>
      </w:r>
      <w:r>
        <w:rPr>
          <w:sz w:val="26"/>
        </w:rPr>
        <w:t xml:space="preserve">  </w:t>
      </w:r>
      <w:r>
        <w:rPr>
          <w:b/>
        </w:rPr>
        <w:t>Deputy Education Lead</w:t>
      </w:r>
    </w:p>
    <w:p w14:paraId="4E319387" w14:textId="77777777" w:rsidR="00055E54" w:rsidRDefault="00055E54">
      <w:pPr>
        <w:spacing w:after="20"/>
      </w:pPr>
    </w:p>
    <w:p w14:paraId="2F5F5FAF" w14:textId="77777777" w:rsidR="00055E54" w:rsidRDefault="00055E54">
      <w:pPr>
        <w:spacing w:after="2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6378"/>
      </w:tblGrid>
      <w:tr w:rsidR="009F5D69" w14:paraId="43C0DD39" w14:textId="77777777" w:rsidTr="009F5D69"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</w:tcPr>
          <w:p w14:paraId="232A110F" w14:textId="77777777" w:rsidR="009F5D69" w:rsidRDefault="009F5D69" w:rsidP="009F5D69">
            <w:pPr>
              <w:spacing w:after="40"/>
              <w:rPr>
                <w:b/>
              </w:rPr>
            </w:pPr>
            <w:r>
              <w:rPr>
                <w:b/>
              </w:rPr>
              <w:t>Proposed</w:t>
            </w:r>
            <w:r>
              <w:rPr>
                <w:b/>
              </w:rPr>
              <w:t xml:space="preserve"> by:</w:t>
            </w:r>
          </w:p>
          <w:p w14:paraId="14237FE6" w14:textId="5F45A59A" w:rsidR="009F5D69" w:rsidRDefault="009F5D69" w:rsidP="009F5D69">
            <w:pPr>
              <w:spacing w:after="40"/>
              <w:rPr>
                <w:b/>
              </w:rPr>
            </w:pPr>
          </w:p>
        </w:tc>
        <w:tc>
          <w:tcPr>
            <w:tcW w:w="6378" w:type="dxa"/>
            <w:tcBorders>
              <w:top w:val="single" w:sz="4" w:space="0" w:color="auto"/>
              <w:right w:val="single" w:sz="4" w:space="0" w:color="auto"/>
            </w:tcBorders>
          </w:tcPr>
          <w:p w14:paraId="30EE5F0A" w14:textId="77777777" w:rsidR="009F5D69" w:rsidRDefault="009F5D69" w:rsidP="009F5D69">
            <w:pPr>
              <w:spacing w:after="40"/>
            </w:pPr>
          </w:p>
        </w:tc>
      </w:tr>
      <w:tr w:rsidR="009F5D69" w14:paraId="59E633FD" w14:textId="77777777" w:rsidTr="009F5D69">
        <w:tc>
          <w:tcPr>
            <w:tcW w:w="3256" w:type="dxa"/>
            <w:tcBorders>
              <w:left w:val="single" w:sz="4" w:space="0" w:color="auto"/>
            </w:tcBorders>
          </w:tcPr>
          <w:p w14:paraId="22279BF2" w14:textId="77777777" w:rsidR="009F5D69" w:rsidRPr="009F5D69" w:rsidRDefault="009F5D69" w:rsidP="009F5D69">
            <w:pPr>
              <w:spacing w:after="40"/>
              <w:rPr>
                <w:b/>
              </w:rPr>
            </w:pPr>
            <w:r w:rsidRPr="009F5D69">
              <w:rPr>
                <w:b/>
              </w:rPr>
              <w:t>BACHP registered email:</w:t>
            </w:r>
          </w:p>
          <w:p w14:paraId="58F39E56" w14:textId="77777777" w:rsidR="009F5D69" w:rsidRDefault="009F5D69" w:rsidP="009F5D69">
            <w:pPr>
              <w:spacing w:after="40"/>
              <w:rPr>
                <w:b/>
              </w:rPr>
            </w:pPr>
          </w:p>
        </w:tc>
        <w:tc>
          <w:tcPr>
            <w:tcW w:w="6378" w:type="dxa"/>
            <w:tcBorders>
              <w:right w:val="single" w:sz="4" w:space="0" w:color="auto"/>
            </w:tcBorders>
          </w:tcPr>
          <w:p w14:paraId="150E1FCA" w14:textId="77777777" w:rsidR="009F5D69" w:rsidRDefault="009F5D69" w:rsidP="009F5D69">
            <w:pPr>
              <w:spacing w:after="40"/>
            </w:pPr>
          </w:p>
        </w:tc>
      </w:tr>
      <w:tr w:rsidR="009F5D69" w14:paraId="4277619B" w14:textId="77777777" w:rsidTr="009F5D69">
        <w:tc>
          <w:tcPr>
            <w:tcW w:w="3256" w:type="dxa"/>
            <w:tcBorders>
              <w:left w:val="single" w:sz="4" w:space="0" w:color="auto"/>
              <w:bottom w:val="single" w:sz="4" w:space="0" w:color="auto"/>
            </w:tcBorders>
          </w:tcPr>
          <w:p w14:paraId="64965AB2" w14:textId="77777777" w:rsidR="009F5D69" w:rsidRDefault="009F5D69" w:rsidP="009F5D69">
            <w:pPr>
              <w:spacing w:after="40"/>
              <w:rPr>
                <w:b/>
              </w:rPr>
            </w:pPr>
            <w:r>
              <w:rPr>
                <w:b/>
              </w:rPr>
              <w:t>Signature:</w:t>
            </w:r>
          </w:p>
          <w:p w14:paraId="6F65662C" w14:textId="77777777" w:rsidR="009F5D69" w:rsidRDefault="009F5D69" w:rsidP="009F5D69">
            <w:pPr>
              <w:spacing w:after="40"/>
              <w:rPr>
                <w:b/>
              </w:rPr>
            </w:pPr>
          </w:p>
        </w:tc>
        <w:tc>
          <w:tcPr>
            <w:tcW w:w="6378" w:type="dxa"/>
            <w:tcBorders>
              <w:bottom w:val="single" w:sz="4" w:space="0" w:color="auto"/>
              <w:right w:val="single" w:sz="4" w:space="0" w:color="auto"/>
            </w:tcBorders>
          </w:tcPr>
          <w:p w14:paraId="200D8A17" w14:textId="77777777" w:rsidR="009F5D69" w:rsidRDefault="009F5D69" w:rsidP="009F5D69">
            <w:pPr>
              <w:spacing w:after="40"/>
            </w:pPr>
          </w:p>
        </w:tc>
      </w:tr>
      <w:tr w:rsidR="009F5D69" w14:paraId="7C681E21" w14:textId="77777777" w:rsidTr="009F5D69">
        <w:tc>
          <w:tcPr>
            <w:tcW w:w="3256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14:paraId="2B231241" w14:textId="77777777" w:rsidR="009F5D69" w:rsidRDefault="009F5D69">
            <w:pPr>
              <w:spacing w:after="40"/>
              <w:rPr>
                <w:b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 w:themeColor="background1"/>
            </w:tcBorders>
          </w:tcPr>
          <w:p w14:paraId="7B8019BB" w14:textId="77777777" w:rsidR="009F5D69" w:rsidRDefault="009F5D69">
            <w:pPr>
              <w:spacing w:after="40"/>
            </w:pPr>
          </w:p>
        </w:tc>
      </w:tr>
      <w:tr w:rsidR="009F5D69" w14:paraId="35F55B3F" w14:textId="77777777" w:rsidTr="009F5D69"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</w:tcPr>
          <w:p w14:paraId="78E68A0C" w14:textId="77777777" w:rsidR="009F5D69" w:rsidRDefault="009F5D69">
            <w:pPr>
              <w:spacing w:after="40"/>
            </w:pPr>
            <w:r>
              <w:rPr>
                <w:b/>
              </w:rPr>
              <w:t>Seconded by:</w:t>
            </w:r>
          </w:p>
        </w:tc>
        <w:tc>
          <w:tcPr>
            <w:tcW w:w="6378" w:type="dxa"/>
            <w:tcBorders>
              <w:top w:val="single" w:sz="4" w:space="0" w:color="auto"/>
              <w:right w:val="single" w:sz="4" w:space="0" w:color="auto"/>
            </w:tcBorders>
          </w:tcPr>
          <w:p w14:paraId="2DFB52B0" w14:textId="77777777" w:rsidR="009F5D69" w:rsidRDefault="009F5D69">
            <w:pPr>
              <w:spacing w:after="40"/>
            </w:pPr>
          </w:p>
          <w:p w14:paraId="3F4AE785" w14:textId="11F76600" w:rsidR="009F5D69" w:rsidRDefault="009F5D69">
            <w:pPr>
              <w:spacing w:after="40"/>
            </w:pPr>
          </w:p>
        </w:tc>
      </w:tr>
      <w:tr w:rsidR="009F5D69" w14:paraId="2E7798EA" w14:textId="77777777" w:rsidTr="009F5D69">
        <w:tc>
          <w:tcPr>
            <w:tcW w:w="3256" w:type="dxa"/>
            <w:tcBorders>
              <w:left w:val="single" w:sz="4" w:space="0" w:color="auto"/>
            </w:tcBorders>
          </w:tcPr>
          <w:p w14:paraId="1A906B14" w14:textId="77777777" w:rsidR="009F5D69" w:rsidRPr="009F5D69" w:rsidRDefault="009F5D69">
            <w:pPr>
              <w:spacing w:after="40"/>
              <w:rPr>
                <w:b/>
              </w:rPr>
            </w:pPr>
            <w:r w:rsidRPr="009F5D69">
              <w:rPr>
                <w:b/>
              </w:rPr>
              <w:t>BACHP registered email:</w:t>
            </w:r>
          </w:p>
          <w:p w14:paraId="20BA3DC8" w14:textId="172BDBFD" w:rsidR="009F5D69" w:rsidRPr="009F5D69" w:rsidRDefault="009F5D69">
            <w:pPr>
              <w:spacing w:after="40"/>
              <w:rPr>
                <w:bCs/>
              </w:rPr>
            </w:pPr>
          </w:p>
        </w:tc>
        <w:tc>
          <w:tcPr>
            <w:tcW w:w="6378" w:type="dxa"/>
            <w:tcBorders>
              <w:right w:val="single" w:sz="4" w:space="0" w:color="auto"/>
            </w:tcBorders>
          </w:tcPr>
          <w:p w14:paraId="23E0D67C" w14:textId="5B10B962" w:rsidR="009F5D69" w:rsidRDefault="009F5D69">
            <w:pPr>
              <w:spacing w:after="40"/>
            </w:pPr>
          </w:p>
        </w:tc>
      </w:tr>
      <w:tr w:rsidR="009F5D69" w14:paraId="10F0F878" w14:textId="77777777" w:rsidTr="009F5D69">
        <w:tc>
          <w:tcPr>
            <w:tcW w:w="3256" w:type="dxa"/>
            <w:tcBorders>
              <w:left w:val="single" w:sz="4" w:space="0" w:color="auto"/>
            </w:tcBorders>
          </w:tcPr>
          <w:p w14:paraId="3E6E7B3D" w14:textId="77777777" w:rsidR="009F5D69" w:rsidRDefault="009F5D69" w:rsidP="009F5D69">
            <w:pPr>
              <w:spacing w:after="40"/>
              <w:rPr>
                <w:b/>
              </w:rPr>
            </w:pPr>
            <w:r>
              <w:rPr>
                <w:b/>
              </w:rPr>
              <w:t>Signature:</w:t>
            </w:r>
          </w:p>
          <w:p w14:paraId="5A105101" w14:textId="77777777" w:rsidR="009F5D69" w:rsidRDefault="009F5D69">
            <w:pPr>
              <w:spacing w:after="40"/>
              <w:rPr>
                <w:bCs/>
              </w:rPr>
            </w:pPr>
          </w:p>
        </w:tc>
        <w:tc>
          <w:tcPr>
            <w:tcW w:w="6378" w:type="dxa"/>
            <w:tcBorders>
              <w:right w:val="single" w:sz="4" w:space="0" w:color="auto"/>
            </w:tcBorders>
          </w:tcPr>
          <w:p w14:paraId="3F007E10" w14:textId="77777777" w:rsidR="009F5D69" w:rsidRDefault="009F5D69">
            <w:pPr>
              <w:spacing w:after="40"/>
            </w:pPr>
          </w:p>
        </w:tc>
      </w:tr>
    </w:tbl>
    <w:p w14:paraId="11123B18" w14:textId="77777777" w:rsidR="008A01F3" w:rsidRDefault="008A01F3">
      <w:pPr>
        <w:spacing w:before="400" w:after="240"/>
        <w:rPr>
          <w:b/>
        </w:rPr>
      </w:pPr>
    </w:p>
    <w:p w14:paraId="3D32223F" w14:textId="0371B761" w:rsidR="00055E54" w:rsidRDefault="00803922">
      <w:pPr>
        <w:spacing w:before="400" w:after="240"/>
      </w:pPr>
      <w:r>
        <w:rPr>
          <w:b/>
        </w:rPr>
        <w:t xml:space="preserve">Please email this completed form to </w:t>
      </w:r>
      <w:r>
        <w:rPr>
          <w:b/>
          <w:color w:val="0A3760"/>
        </w:rPr>
        <w:t>council@bachp.org.uk</w:t>
      </w:r>
      <w:r>
        <w:rPr>
          <w:b/>
          <w:color w:val="CD142D"/>
        </w:rPr>
        <w:t xml:space="preserve"> by 5:00 pm on 1 March 2027.</w:t>
      </w:r>
    </w:p>
    <w:p w14:paraId="4758B18A" w14:textId="77777777" w:rsidR="00055E54" w:rsidRDefault="00803922">
      <w:r>
        <w:rPr>
          <w:b/>
        </w:rPr>
        <w:t xml:space="preserve">Please note: </w:t>
      </w:r>
      <w:r>
        <w:t>the applicant must also complete the BACHP Council application form by the nomination deadline.</w:t>
      </w:r>
    </w:p>
    <w:sectPr w:rsidR="00055E54" w:rsidSect="00034616">
      <w:footerReference w:type="default" r:id="rId8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4849C" w14:textId="77777777" w:rsidR="00803922" w:rsidRDefault="00803922">
      <w:pPr>
        <w:spacing w:after="0" w:line="240" w:lineRule="auto"/>
      </w:pPr>
      <w:r>
        <w:separator/>
      </w:r>
    </w:p>
  </w:endnote>
  <w:endnote w:type="continuationSeparator" w:id="0">
    <w:p w14:paraId="528EDD89" w14:textId="77777777" w:rsidR="00803922" w:rsidRDefault="0080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C9D55" w14:textId="77777777" w:rsidR="00055E54" w:rsidRDefault="00803922">
    <w:pPr>
      <w:pStyle w:val="Footer"/>
      <w:jc w:val="center"/>
    </w:pPr>
    <w:r>
      <w:rPr>
        <w:color w:val="505050"/>
        <w:sz w:val="16"/>
      </w:rPr>
      <w:t>BACHP  |  www.bachp.org.uk  |  council@bachp.org.uk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E7E47" w14:textId="77777777" w:rsidR="00803922" w:rsidRDefault="00803922">
      <w:pPr>
        <w:spacing w:after="0" w:line="240" w:lineRule="auto"/>
      </w:pPr>
      <w:r>
        <w:separator/>
      </w:r>
    </w:p>
  </w:footnote>
  <w:footnote w:type="continuationSeparator" w:id="0">
    <w:p w14:paraId="01763C01" w14:textId="77777777" w:rsidR="00803922" w:rsidRDefault="008039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4947510">
    <w:abstractNumId w:val="8"/>
  </w:num>
  <w:num w:numId="2" w16cid:durableId="600724334">
    <w:abstractNumId w:val="6"/>
  </w:num>
  <w:num w:numId="3" w16cid:durableId="1363095393">
    <w:abstractNumId w:val="5"/>
  </w:num>
  <w:num w:numId="4" w16cid:durableId="1322656906">
    <w:abstractNumId w:val="4"/>
  </w:num>
  <w:num w:numId="5" w16cid:durableId="705834900">
    <w:abstractNumId w:val="7"/>
  </w:num>
  <w:num w:numId="6" w16cid:durableId="179973856">
    <w:abstractNumId w:val="3"/>
  </w:num>
  <w:num w:numId="7" w16cid:durableId="554463312">
    <w:abstractNumId w:val="2"/>
  </w:num>
  <w:num w:numId="8" w16cid:durableId="2039381775">
    <w:abstractNumId w:val="1"/>
  </w:num>
  <w:num w:numId="9" w16cid:durableId="703404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E54"/>
    <w:rsid w:val="0006063C"/>
    <w:rsid w:val="0015074B"/>
    <w:rsid w:val="00171911"/>
    <w:rsid w:val="0029639D"/>
    <w:rsid w:val="00326F90"/>
    <w:rsid w:val="00803922"/>
    <w:rsid w:val="008A01F3"/>
    <w:rsid w:val="009F5D6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1D3FC3"/>
  <w14:defaultImageDpi w14:val="300"/>
  <w15:docId w15:val="{EA0E4F10-21AC-47A6-9D7A-BE0F8829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627</Characters>
  <Application>Microsoft Office Word</Application>
  <DocSecurity>0</DocSecurity>
  <Lines>17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Lawson, Claire (Dr.)</cp:lastModifiedBy>
  <cp:revision>3</cp:revision>
  <dcterms:created xsi:type="dcterms:W3CDTF">2026-09-19T11:07:00Z</dcterms:created>
  <dcterms:modified xsi:type="dcterms:W3CDTF">2026-09-19T11:21:00Z</dcterms:modified>
  <cp:category/>
</cp:coreProperties>
</file>